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872E0" w14:textId="0EB6C77B" w:rsidR="0050386D" w:rsidRDefault="0050386D">
      <w:pPr>
        <w:pStyle w:val="Title"/>
        <w:jc w:val="center"/>
      </w:pPr>
      <w:r>
        <w:rPr>
          <w:noProof/>
        </w:rPr>
        <w:drawing>
          <wp:anchor distT="0" distB="0" distL="114300" distR="114300" simplePos="0" relativeHeight="251657216" behindDoc="0" locked="0" layoutInCell="1" allowOverlap="1" wp14:anchorId="13B3133F" wp14:editId="0449D403">
            <wp:simplePos x="0" y="0"/>
            <wp:positionH relativeFrom="column">
              <wp:posOffset>2011680</wp:posOffset>
            </wp:positionH>
            <wp:positionV relativeFrom="paragraph">
              <wp:posOffset>-624840</wp:posOffset>
            </wp:positionV>
            <wp:extent cx="1455420" cy="1455420"/>
            <wp:effectExtent l="0" t="0" r="0" b="0"/>
            <wp:wrapNone/>
            <wp:docPr id="104100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1F540" w14:textId="77777777" w:rsidR="0050386D" w:rsidRDefault="0050386D">
      <w:pPr>
        <w:pStyle w:val="Title"/>
        <w:jc w:val="center"/>
      </w:pPr>
    </w:p>
    <w:p w14:paraId="1BA7DFD7" w14:textId="119EA89A" w:rsidR="001229F3" w:rsidRDefault="00000000">
      <w:pPr>
        <w:pStyle w:val="Title"/>
        <w:jc w:val="center"/>
      </w:pPr>
      <w:r>
        <w:t>Lea County Heroes Project Nomination Form</w:t>
      </w:r>
    </w:p>
    <w:p w14:paraId="1242F58D" w14:textId="77777777" w:rsidR="001229F3" w:rsidRDefault="00000000">
      <w:pPr>
        <w:pStyle w:val="Heading1"/>
      </w:pPr>
      <w:r>
        <w:t>Who Qualifies</w:t>
      </w:r>
    </w:p>
    <w:p w14:paraId="567FFD3C" w14:textId="77777777" w:rsidR="0050386D" w:rsidRDefault="00000000" w:rsidP="0050386D">
      <w:r>
        <w:t>Nominees must be current or former members of the United States Armed Forces who reside in or have resided in the Lovington, New Mexico area (88260 ZIP code). This includes honorably</w:t>
      </w:r>
      <w:r w:rsidR="0050386D">
        <w:t xml:space="preserve"> and General </w:t>
      </w:r>
      <w:r>
        <w:t>discharged veterans and currently serving military personnel.</w:t>
      </w:r>
      <w:r w:rsidR="0050386D">
        <w:t xml:space="preserve"> </w:t>
      </w:r>
    </w:p>
    <w:p w14:paraId="69000D0D" w14:textId="2CCD9EBF" w:rsidR="0050386D" w:rsidRDefault="0050386D" w:rsidP="0050386D">
      <w:pPr>
        <w:rPr>
          <w:sz w:val="16"/>
          <w:szCs w:val="16"/>
        </w:rPr>
      </w:pPr>
      <w:r w:rsidRPr="0050386D">
        <w:rPr>
          <w:sz w:val="16"/>
          <w:szCs w:val="16"/>
          <w:highlight w:val="yellow"/>
        </w:rPr>
        <w:t>If the applicant was not honorably discharged, please contact us directly at LeaCountyNMHeros.org</w:t>
      </w:r>
      <w:r w:rsidR="00807F8A">
        <w:rPr>
          <w:sz w:val="16"/>
          <w:szCs w:val="16"/>
          <w:highlight w:val="yellow"/>
        </w:rPr>
        <w:t>/ or on Facebook</w:t>
      </w:r>
      <w:r w:rsidRPr="0050386D">
        <w:rPr>
          <w:sz w:val="16"/>
          <w:szCs w:val="16"/>
          <w:highlight w:val="yellow"/>
        </w:rPr>
        <w:t xml:space="preserve"> for further guidance before submitting a nomination.</w:t>
      </w:r>
    </w:p>
    <w:p w14:paraId="57AD690D" w14:textId="0B2D04D9" w:rsidR="003F7EB9" w:rsidRPr="00247B69" w:rsidRDefault="003F7EB9" w:rsidP="0050386D">
      <w:pPr>
        <w:rPr>
          <w:b/>
          <w:bCs/>
          <w:i/>
          <w:iCs/>
          <w:color w:val="EE0000"/>
          <w:u w:val="single"/>
        </w:rPr>
      </w:pPr>
      <w:r w:rsidRPr="00247B69">
        <w:rPr>
          <w:b/>
          <w:bCs/>
          <w:i/>
          <w:iCs/>
          <w:color w:val="EE0000"/>
          <w:sz w:val="16"/>
          <w:szCs w:val="16"/>
          <w:u w:val="single"/>
        </w:rPr>
        <w:t xml:space="preserve">Send </w:t>
      </w:r>
      <w:r w:rsidR="00723401" w:rsidRPr="00247B69">
        <w:rPr>
          <w:b/>
          <w:bCs/>
          <w:i/>
          <w:iCs/>
          <w:color w:val="EE0000"/>
          <w:sz w:val="16"/>
          <w:szCs w:val="16"/>
          <w:u w:val="single"/>
        </w:rPr>
        <w:t>c</w:t>
      </w:r>
      <w:r w:rsidRPr="00247B69">
        <w:rPr>
          <w:b/>
          <w:bCs/>
          <w:i/>
          <w:iCs/>
          <w:color w:val="EE0000"/>
          <w:sz w:val="16"/>
          <w:szCs w:val="16"/>
          <w:u w:val="single"/>
        </w:rPr>
        <w:t xml:space="preserve">ompleted form and </w:t>
      </w:r>
      <w:r w:rsidR="00CD0698" w:rsidRPr="00247B69">
        <w:rPr>
          <w:b/>
          <w:bCs/>
          <w:i/>
          <w:iCs/>
          <w:color w:val="EE0000"/>
          <w:sz w:val="16"/>
          <w:szCs w:val="16"/>
          <w:u w:val="single"/>
        </w:rPr>
        <w:t>p</w:t>
      </w:r>
      <w:r w:rsidRPr="00247B69">
        <w:rPr>
          <w:b/>
          <w:bCs/>
          <w:i/>
          <w:iCs/>
          <w:color w:val="EE0000"/>
          <w:sz w:val="16"/>
          <w:szCs w:val="16"/>
          <w:u w:val="single"/>
        </w:rPr>
        <w:t>hoto to leacountyheroes@gmail.com</w:t>
      </w:r>
    </w:p>
    <w:p w14:paraId="104558B2" w14:textId="3CCEEA51" w:rsidR="001229F3" w:rsidRDefault="00000000">
      <w:pPr>
        <w:pStyle w:val="Heading1"/>
      </w:pPr>
      <w:r>
        <w:t>Required Documentation</w:t>
      </w:r>
    </w:p>
    <w:p w14:paraId="4F686F5E" w14:textId="77777777" w:rsidR="001229F3" w:rsidRDefault="00000000">
      <w:pPr>
        <w:pStyle w:val="ListBullet"/>
      </w:pPr>
      <w:r>
        <w:t>Please include the following with your nomination form:</w:t>
      </w:r>
    </w:p>
    <w:p w14:paraId="748546A8" w14:textId="77777777" w:rsidR="001229F3" w:rsidRDefault="00000000">
      <w:pPr>
        <w:pStyle w:val="ListBullet"/>
      </w:pPr>
      <w:r>
        <w:t>Copy of DD214 (or proof of active service)</w:t>
      </w:r>
    </w:p>
    <w:p w14:paraId="37F48F3F" w14:textId="77777777" w:rsidR="001229F3" w:rsidRDefault="00000000">
      <w:pPr>
        <w:pStyle w:val="ListBullet"/>
      </w:pPr>
      <w:r>
        <w:t>Proof of Lovington residency (utility bill, driver’s license, etc.)</w:t>
      </w:r>
    </w:p>
    <w:p w14:paraId="3C28333D" w14:textId="4795506E" w:rsidR="001229F3" w:rsidRDefault="00000000">
      <w:pPr>
        <w:pStyle w:val="ListBullet"/>
      </w:pPr>
      <w:r>
        <w:t>Signed and notarized local background</w:t>
      </w:r>
      <w:r w:rsidR="0050386D">
        <w:t xml:space="preserve"> check</w:t>
      </w:r>
      <w:r>
        <w:t xml:space="preserve"> waiver</w:t>
      </w:r>
    </w:p>
    <w:p w14:paraId="6D426C58" w14:textId="16D1B316" w:rsidR="001229F3" w:rsidRDefault="00000000">
      <w:pPr>
        <w:pStyle w:val="ListBullet"/>
      </w:pPr>
      <w:r>
        <w:t>High-quality photograph of the nominee (</w:t>
      </w:r>
      <w:r w:rsidR="0050386D">
        <w:t xml:space="preserve">A professional </w:t>
      </w:r>
      <w:r>
        <w:t>in uniform)</w:t>
      </w:r>
    </w:p>
    <w:p w14:paraId="28436D39" w14:textId="77777777" w:rsidR="001229F3" w:rsidRDefault="00000000">
      <w:pPr>
        <w:pStyle w:val="ListBullet"/>
      </w:pPr>
      <w:r>
        <w:t>Sponsor information (if applicable)</w:t>
      </w:r>
    </w:p>
    <w:p w14:paraId="3DC1E3EC" w14:textId="77777777" w:rsidR="001229F3" w:rsidRDefault="00000000">
      <w:pPr>
        <w:pStyle w:val="Heading1"/>
      </w:pPr>
      <w:bookmarkStart w:id="0" w:name="_Hlk205923562"/>
      <w:r>
        <w:t>Nominee Information</w:t>
      </w:r>
      <w:bookmarkEnd w:id="0"/>
    </w:p>
    <w:p w14:paraId="5251A1C3" w14:textId="77777777" w:rsidR="001229F3" w:rsidRDefault="00000000">
      <w:r>
        <w:t>Full Name: ____________________________________________</w:t>
      </w:r>
    </w:p>
    <w:p w14:paraId="20B78531" w14:textId="77777777" w:rsidR="001229F3" w:rsidRDefault="00000000">
      <w:r>
        <w:t>Date of Birth: ______________</w:t>
      </w:r>
      <w:proofErr w:type="gramStart"/>
      <w:r>
        <w:t>_  Branch</w:t>
      </w:r>
      <w:proofErr w:type="gramEnd"/>
      <w:r>
        <w:t xml:space="preserve"> of Service: ____________________</w:t>
      </w:r>
    </w:p>
    <w:p w14:paraId="3B7D69FD" w14:textId="77777777" w:rsidR="001229F3" w:rsidRDefault="00000000">
      <w:r>
        <w:t>Service Dates (From – To): __________________________________________</w:t>
      </w:r>
    </w:p>
    <w:p w14:paraId="5557E9CC" w14:textId="77777777" w:rsidR="001229F3" w:rsidRDefault="00000000">
      <w:r>
        <w:t>Address: ___________________________________________________________</w:t>
      </w:r>
    </w:p>
    <w:p w14:paraId="28B11D9D" w14:textId="77777777" w:rsidR="001229F3" w:rsidRDefault="00000000">
      <w:r>
        <w:t>City: ______________________  State: ________  Zip: ______________</w:t>
      </w:r>
    </w:p>
    <w:p w14:paraId="2DC9D618" w14:textId="77777777" w:rsidR="001229F3" w:rsidRDefault="00000000">
      <w:r>
        <w:t>Phone: _____________________</w:t>
      </w:r>
      <w:proofErr w:type="gramStart"/>
      <w:r>
        <w:t>_  Email</w:t>
      </w:r>
      <w:proofErr w:type="gramEnd"/>
      <w:r>
        <w:t>: ____________________________</w:t>
      </w:r>
    </w:p>
    <w:p w14:paraId="26180D34" w14:textId="6E715D8B" w:rsidR="00807F8A" w:rsidRDefault="00807F8A">
      <w:pPr>
        <w:pStyle w:val="Heading1"/>
        <w:rPr>
          <w:b w:val="0"/>
          <w:bCs w:val="0"/>
          <w:color w:val="000000" w:themeColor="text1"/>
        </w:rPr>
      </w:pPr>
      <w:bookmarkStart w:id="1" w:name="_Hlk205923643"/>
      <w:r w:rsidRPr="00807F8A">
        <w:lastRenderedPageBreak/>
        <w:t xml:space="preserve">Share the veteran’s story — </w:t>
      </w:r>
      <w:r>
        <w:t>“</w:t>
      </w:r>
      <w:r>
        <w:rPr>
          <w:b w:val="0"/>
          <w:bCs w:val="0"/>
          <w:color w:val="000000" w:themeColor="text1"/>
        </w:rPr>
        <w:t>T</w:t>
      </w:r>
      <w:r w:rsidRPr="00807F8A">
        <w:rPr>
          <w:b w:val="0"/>
          <w:bCs w:val="0"/>
          <w:color w:val="000000" w:themeColor="text1"/>
        </w:rPr>
        <w:t>heir military service, achievements, and notable moments. Include when and where they served, the branch of service, and any special honors received. Tell us about their family and personal life. This should be a short, heartfelt narrative that helps the community truly know and appreciate the veteran and their legacy."</w:t>
      </w:r>
    </w:p>
    <w:p w14:paraId="44AF0F24" w14:textId="1C0A7133" w:rsidR="00807F8A" w:rsidRDefault="00807F8A" w:rsidP="00807F8A"/>
    <w:p w14:paraId="01E0BDAD" w14:textId="4B0A41BD" w:rsidR="00807F8A" w:rsidRDefault="00807F8A" w:rsidP="00807F8A">
      <w:r>
        <w:rPr>
          <w:noProof/>
        </w:rPr>
        <mc:AlternateContent>
          <mc:Choice Requires="wps">
            <w:drawing>
              <wp:anchor distT="0" distB="0" distL="114300" distR="114300" simplePos="0" relativeHeight="251663360" behindDoc="0" locked="0" layoutInCell="1" allowOverlap="1" wp14:anchorId="39C377EF" wp14:editId="491D0F0E">
                <wp:simplePos x="0" y="0"/>
                <wp:positionH relativeFrom="column">
                  <wp:posOffset>0</wp:posOffset>
                </wp:positionH>
                <wp:positionV relativeFrom="paragraph">
                  <wp:posOffset>292100</wp:posOffset>
                </wp:positionV>
                <wp:extent cx="4846320" cy="45720"/>
                <wp:effectExtent l="38100" t="38100" r="68580" b="87630"/>
                <wp:wrapNone/>
                <wp:docPr id="374199425"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8BCEEA" id="Straight Connector 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23pt" to="381.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61312" behindDoc="0" locked="0" layoutInCell="1" allowOverlap="1" wp14:anchorId="02CBDC9D" wp14:editId="61DB1DBE">
                <wp:simplePos x="0" y="0"/>
                <wp:positionH relativeFrom="column">
                  <wp:posOffset>0</wp:posOffset>
                </wp:positionH>
                <wp:positionV relativeFrom="paragraph">
                  <wp:posOffset>37465</wp:posOffset>
                </wp:positionV>
                <wp:extent cx="4846320" cy="45720"/>
                <wp:effectExtent l="38100" t="38100" r="68580" b="87630"/>
                <wp:wrapNone/>
                <wp:docPr id="1481821619"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F26BFF"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2.95pt" to="381.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" strokecolor="#4f81bd [3204]" strokeweight="2pt">
                <v:shadow on="t" color="black" opacity="24903f" origin=",.5" offset="0,.55556mm"/>
              </v:line>
            </w:pict>
          </mc:Fallback>
        </mc:AlternateContent>
      </w:r>
    </w:p>
    <w:p w14:paraId="1DBED13B" w14:textId="544D972B" w:rsidR="00807F8A" w:rsidRDefault="00807F8A" w:rsidP="00807F8A">
      <w:r>
        <w:rPr>
          <w:noProof/>
        </w:rPr>
        <mc:AlternateContent>
          <mc:Choice Requires="wps">
            <w:drawing>
              <wp:anchor distT="0" distB="0" distL="114300" distR="114300" simplePos="0" relativeHeight="251665408" behindDoc="0" locked="0" layoutInCell="1" allowOverlap="1" wp14:anchorId="30FABD5A" wp14:editId="20B3D538">
                <wp:simplePos x="0" y="0"/>
                <wp:positionH relativeFrom="column">
                  <wp:posOffset>7620</wp:posOffset>
                </wp:positionH>
                <wp:positionV relativeFrom="paragraph">
                  <wp:posOffset>238760</wp:posOffset>
                </wp:positionV>
                <wp:extent cx="4846320" cy="45720"/>
                <wp:effectExtent l="38100" t="38100" r="68580" b="87630"/>
                <wp:wrapNone/>
                <wp:docPr id="1702062950"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8C8AF4" id="Straight Connector 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pt,18.8pt" to="382.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" strokecolor="#4f81bd [3204]" strokeweight="2pt">
                <v:shadow on="t" color="black" opacity="24903f" origin=",.5" offset="0,.55556mm"/>
              </v:line>
            </w:pict>
          </mc:Fallback>
        </mc:AlternateContent>
      </w:r>
    </w:p>
    <w:p w14:paraId="52584C61" w14:textId="703666B3" w:rsidR="00807F8A" w:rsidRDefault="00807F8A" w:rsidP="00807F8A">
      <w:r>
        <w:rPr>
          <w:noProof/>
        </w:rPr>
        <mc:AlternateContent>
          <mc:Choice Requires="wps">
            <w:drawing>
              <wp:anchor distT="0" distB="0" distL="114300" distR="114300" simplePos="0" relativeHeight="251667456" behindDoc="0" locked="0" layoutInCell="1" allowOverlap="1" wp14:anchorId="2EE80DCC" wp14:editId="19BEC907">
                <wp:simplePos x="0" y="0"/>
                <wp:positionH relativeFrom="column">
                  <wp:posOffset>0</wp:posOffset>
                </wp:positionH>
                <wp:positionV relativeFrom="paragraph">
                  <wp:posOffset>208280</wp:posOffset>
                </wp:positionV>
                <wp:extent cx="4846320" cy="45720"/>
                <wp:effectExtent l="38100" t="38100" r="68580" b="87630"/>
                <wp:wrapNone/>
                <wp:docPr id="67579914"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91C76A"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16.4pt" to="381.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" strokecolor="#4f81bd [3204]" strokeweight="2pt">
                <v:shadow on="t" color="black" opacity="24903f" origin=",.5" offset="0,.55556mm"/>
              </v:line>
            </w:pict>
          </mc:Fallback>
        </mc:AlternateContent>
      </w:r>
    </w:p>
    <w:p w14:paraId="12019E79" w14:textId="7A89E34B" w:rsidR="00807F8A" w:rsidRDefault="00807F8A" w:rsidP="00807F8A">
      <w:r>
        <w:rPr>
          <w:noProof/>
        </w:rPr>
        <mc:AlternateContent>
          <mc:Choice Requires="wps">
            <w:drawing>
              <wp:anchor distT="0" distB="0" distL="114300" distR="114300" simplePos="0" relativeHeight="251669504" behindDoc="0" locked="0" layoutInCell="1" allowOverlap="1" wp14:anchorId="65C63993" wp14:editId="4C42EB24">
                <wp:simplePos x="0" y="0"/>
                <wp:positionH relativeFrom="column">
                  <wp:posOffset>0</wp:posOffset>
                </wp:positionH>
                <wp:positionV relativeFrom="paragraph">
                  <wp:posOffset>177800</wp:posOffset>
                </wp:positionV>
                <wp:extent cx="4846320" cy="45720"/>
                <wp:effectExtent l="38100" t="38100" r="68580" b="87630"/>
                <wp:wrapNone/>
                <wp:docPr id="188512823"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AE9F71" id="Straight Connector 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14pt" to="381.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" strokecolor="#4f81bd [3204]" strokeweight="2pt">
                <v:shadow on="t" color="black" opacity="24903f" origin=",.5" offset="0,.55556mm"/>
              </v:line>
            </w:pict>
          </mc:Fallback>
        </mc:AlternateContent>
      </w:r>
    </w:p>
    <w:p w14:paraId="40BFD8A6" w14:textId="4DF4EAE5" w:rsidR="00807F8A" w:rsidRDefault="00807F8A" w:rsidP="00807F8A">
      <w:r>
        <w:rPr>
          <w:noProof/>
        </w:rPr>
        <mc:AlternateContent>
          <mc:Choice Requires="wps">
            <w:drawing>
              <wp:anchor distT="0" distB="0" distL="114300" distR="114300" simplePos="0" relativeHeight="251671552" behindDoc="0" locked="0" layoutInCell="1" allowOverlap="1" wp14:anchorId="3F71633F" wp14:editId="19965C94">
                <wp:simplePos x="0" y="0"/>
                <wp:positionH relativeFrom="column">
                  <wp:posOffset>7620</wp:posOffset>
                </wp:positionH>
                <wp:positionV relativeFrom="paragraph">
                  <wp:posOffset>109220</wp:posOffset>
                </wp:positionV>
                <wp:extent cx="4846320" cy="45720"/>
                <wp:effectExtent l="38100" t="38100" r="68580" b="87630"/>
                <wp:wrapNone/>
                <wp:docPr id="1502008384"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F27E68" id="Straight Connector 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6pt,8.6pt" to="382.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" strokecolor="#4f81bd [3204]" strokeweight="2pt">
                <v:shadow on="t" color="black" opacity="24903f" origin=",.5" offset="0,.55556mm"/>
              </v:line>
            </w:pict>
          </mc:Fallback>
        </mc:AlternateContent>
      </w:r>
    </w:p>
    <w:p w14:paraId="34C02CFE" w14:textId="567B2986" w:rsidR="00807F8A" w:rsidRDefault="00807F8A" w:rsidP="00807F8A">
      <w:r>
        <w:rPr>
          <w:noProof/>
        </w:rPr>
        <mc:AlternateContent>
          <mc:Choice Requires="wps">
            <w:drawing>
              <wp:anchor distT="0" distB="0" distL="114300" distR="114300" simplePos="0" relativeHeight="251673600" behindDoc="0" locked="0" layoutInCell="1" allowOverlap="1" wp14:anchorId="3D9DA413" wp14:editId="22202FDF">
                <wp:simplePos x="0" y="0"/>
                <wp:positionH relativeFrom="margin">
                  <wp:align>left</wp:align>
                </wp:positionH>
                <wp:positionV relativeFrom="paragraph">
                  <wp:posOffset>45085</wp:posOffset>
                </wp:positionV>
                <wp:extent cx="4846320" cy="45720"/>
                <wp:effectExtent l="38100" t="38100" r="68580" b="87630"/>
                <wp:wrapNone/>
                <wp:docPr id="1950847698"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4C8CDC" id="Straight Connector 1" o:spid="_x0000_s1026" style="position:absolute;flip:y;z-index:251673600;visibility:visible;mso-wrap-style:square;mso-wrap-distance-left:9pt;mso-wrap-distance-top:0;mso-wrap-distance-right:9pt;mso-wrap-distance-bottom:0;mso-position-horizontal:left;mso-position-horizontal-relative:margin;mso-position-vertical:absolute;mso-position-vertical-relative:text" from="0,3.55pt" to="381.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" strokecolor="#4f81bd [3204]" strokeweight="2pt">
                <v:shadow on="t" color="black" opacity="24903f" origin=",.5" offset="0,.55556mm"/>
                <w10:wrap anchorx="margin"/>
              </v:line>
            </w:pict>
          </mc:Fallback>
        </mc:AlternateContent>
      </w:r>
    </w:p>
    <w:p w14:paraId="26946749" w14:textId="24E1573A" w:rsidR="00807F8A" w:rsidRDefault="00807F8A" w:rsidP="00807F8A">
      <w:r>
        <w:rPr>
          <w:noProof/>
        </w:rPr>
        <mc:AlternateContent>
          <mc:Choice Requires="wps">
            <w:drawing>
              <wp:anchor distT="0" distB="0" distL="114300" distR="114300" simplePos="0" relativeHeight="251677696" behindDoc="0" locked="0" layoutInCell="1" allowOverlap="1" wp14:anchorId="3C7D6F58" wp14:editId="606F2EF8">
                <wp:simplePos x="0" y="0"/>
                <wp:positionH relativeFrom="column">
                  <wp:posOffset>0</wp:posOffset>
                </wp:positionH>
                <wp:positionV relativeFrom="paragraph">
                  <wp:posOffset>299720</wp:posOffset>
                </wp:positionV>
                <wp:extent cx="4846320" cy="45720"/>
                <wp:effectExtent l="38100" t="38100" r="68580" b="87630"/>
                <wp:wrapNone/>
                <wp:docPr id="851480893"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5559AA" id="Straight Connector 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3.6pt" to="381.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675648" behindDoc="0" locked="0" layoutInCell="1" allowOverlap="1" wp14:anchorId="2FAE1CEA" wp14:editId="4597FA86">
                <wp:simplePos x="0" y="0"/>
                <wp:positionH relativeFrom="column">
                  <wp:posOffset>0</wp:posOffset>
                </wp:positionH>
                <wp:positionV relativeFrom="paragraph">
                  <wp:posOffset>37465</wp:posOffset>
                </wp:positionV>
                <wp:extent cx="4846320" cy="45720"/>
                <wp:effectExtent l="38100" t="38100" r="68580" b="87630"/>
                <wp:wrapNone/>
                <wp:docPr id="1343541623"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FB02139" id="Straight Connector 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2.95pt" to="381.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" strokecolor="#4f81bd [3204]" strokeweight="2pt">
                <v:shadow on="t" color="black" opacity="24903f" origin=",.5" offset="0,.55556mm"/>
              </v:line>
            </w:pict>
          </mc:Fallback>
        </mc:AlternateContent>
      </w:r>
    </w:p>
    <w:p w14:paraId="290F585C" w14:textId="1E0AA399" w:rsidR="00807F8A" w:rsidRDefault="00807F8A" w:rsidP="00807F8A">
      <w:r>
        <w:rPr>
          <w:noProof/>
        </w:rPr>
        <mc:AlternateContent>
          <mc:Choice Requires="wps">
            <w:drawing>
              <wp:anchor distT="0" distB="0" distL="114300" distR="114300" simplePos="0" relativeHeight="251679744" behindDoc="0" locked="0" layoutInCell="1" allowOverlap="1" wp14:anchorId="34014EBD" wp14:editId="1D59FF29">
                <wp:simplePos x="0" y="0"/>
                <wp:positionH relativeFrom="column">
                  <wp:posOffset>-15240</wp:posOffset>
                </wp:positionH>
                <wp:positionV relativeFrom="paragraph">
                  <wp:posOffset>254000</wp:posOffset>
                </wp:positionV>
                <wp:extent cx="4846320" cy="45720"/>
                <wp:effectExtent l="38100" t="38100" r="68580" b="87630"/>
                <wp:wrapNone/>
                <wp:docPr id="571498282"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627F44" id="Straight Connector 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2pt,20pt" to="380.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" strokecolor="#4f81bd [3204]" strokeweight="2pt">
                <v:shadow on="t" color="black" opacity="24903f" origin=",.5" offset="0,.55556mm"/>
              </v:line>
            </w:pict>
          </mc:Fallback>
        </mc:AlternateContent>
      </w:r>
    </w:p>
    <w:p w14:paraId="213F27E9" w14:textId="7CECD8BB" w:rsidR="00807F8A" w:rsidRDefault="00807F8A" w:rsidP="00807F8A">
      <w:r>
        <w:rPr>
          <w:noProof/>
        </w:rPr>
        <mc:AlternateContent>
          <mc:Choice Requires="wps">
            <w:drawing>
              <wp:anchor distT="0" distB="0" distL="114300" distR="114300" simplePos="0" relativeHeight="251681792" behindDoc="0" locked="0" layoutInCell="1" allowOverlap="1" wp14:anchorId="6B049EDB" wp14:editId="1A1884EB">
                <wp:simplePos x="0" y="0"/>
                <wp:positionH relativeFrom="margin">
                  <wp:align>left</wp:align>
                </wp:positionH>
                <wp:positionV relativeFrom="paragraph">
                  <wp:posOffset>182245</wp:posOffset>
                </wp:positionV>
                <wp:extent cx="4846320" cy="45720"/>
                <wp:effectExtent l="38100" t="38100" r="68580" b="87630"/>
                <wp:wrapNone/>
                <wp:docPr id="800109492" name="Straight Connector 1"/>
                <wp:cNvGraphicFramePr/>
                <a:graphic xmlns:a="http://schemas.openxmlformats.org/drawingml/2006/main">
                  <a:graphicData uri="http://schemas.microsoft.com/office/word/2010/wordprocessingShape">
                    <wps:wsp>
                      <wps:cNvCnPr/>
                      <wps:spPr>
                        <a:xfrm flipV="1">
                          <a:off x="0" y="0"/>
                          <a:ext cx="4846320" cy="457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B7A2D4" id="Straight Connector 1" o:spid="_x0000_s1026" style="position:absolute;flip:y;z-index:251681792;visibility:visible;mso-wrap-style:square;mso-wrap-distance-left:9pt;mso-wrap-distance-top:0;mso-wrap-distance-right:9pt;mso-wrap-distance-bottom:0;mso-position-horizontal:left;mso-position-horizontal-relative:margin;mso-position-vertical:absolute;mso-position-vertical-relative:text" from="0,14.35pt" to="381.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" strokecolor="#4f81bd [3204]" strokeweight="2pt">
                <v:shadow on="t" color="black" opacity="24903f" origin=",.5" offset="0,.55556mm"/>
                <w10:wrap anchorx="margin"/>
              </v:line>
            </w:pict>
          </mc:Fallback>
        </mc:AlternateContent>
      </w:r>
    </w:p>
    <w:p w14:paraId="3A006624" w14:textId="3C5B46B3" w:rsidR="00387F30" w:rsidRDefault="00387F30" w:rsidP="00807F8A"/>
    <w:p w14:paraId="7B0A2BC9" w14:textId="13242263" w:rsidR="00807F8A" w:rsidRPr="00807F8A" w:rsidRDefault="00387F30" w:rsidP="00807F8A">
      <w:r>
        <w:t>(Add additional sheet if more room is needed)</w:t>
      </w:r>
    </w:p>
    <w:p w14:paraId="33272A31" w14:textId="5AAC1191" w:rsidR="001229F3" w:rsidRDefault="00000000">
      <w:pPr>
        <w:pStyle w:val="Heading1"/>
      </w:pPr>
      <w:r>
        <w:t>Sponsor Information (if applicable)</w:t>
      </w:r>
      <w:bookmarkEnd w:id="1"/>
    </w:p>
    <w:p w14:paraId="008A5A9E" w14:textId="77777777" w:rsidR="001229F3" w:rsidRDefault="00000000">
      <w:r>
        <w:t>Sponsor Name: ____________________________________________</w:t>
      </w:r>
    </w:p>
    <w:p w14:paraId="56C31772" w14:textId="77777777" w:rsidR="001229F3" w:rsidRDefault="00000000">
      <w:r>
        <w:t>Sponsor Phone: ______________________</w:t>
      </w:r>
    </w:p>
    <w:p w14:paraId="15674529" w14:textId="77777777" w:rsidR="001229F3" w:rsidRDefault="00000000">
      <w:r>
        <w:t>Company Name: ___________________________________________</w:t>
      </w:r>
    </w:p>
    <w:p w14:paraId="35D5058B" w14:textId="77777777" w:rsidR="001229F3" w:rsidRDefault="00000000">
      <w:r>
        <w:t>Company Phone: ______________________</w:t>
      </w:r>
    </w:p>
    <w:p w14:paraId="4842828F" w14:textId="77777777" w:rsidR="001229F3" w:rsidRDefault="00000000">
      <w:pPr>
        <w:pStyle w:val="Heading1"/>
      </w:pPr>
      <w:r>
        <w:t>Certification</w:t>
      </w:r>
    </w:p>
    <w:p w14:paraId="3A97725B" w14:textId="77777777" w:rsidR="001229F3" w:rsidRDefault="00000000">
      <w:r>
        <w:t>I certify that the information provided is true and accurate to the best of my knowledge. I understand that submitting this form does not guarantee selection and that all applications are subject to review and approval.</w:t>
      </w:r>
    </w:p>
    <w:p w14:paraId="5F0ACEB2" w14:textId="77777777" w:rsidR="001229F3" w:rsidRDefault="00000000">
      <w:r>
        <w:br/>
        <w:t>Signature of Nominee or Representative: ___________________________  Date: ______________</w:t>
      </w:r>
    </w:p>
    <w:sectPr w:rsidR="001229F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63062236">
    <w:abstractNumId w:val="8"/>
  </w:num>
  <w:num w:numId="2" w16cid:durableId="1011949911">
    <w:abstractNumId w:val="6"/>
  </w:num>
  <w:num w:numId="3" w16cid:durableId="718210734">
    <w:abstractNumId w:val="5"/>
  </w:num>
  <w:num w:numId="4" w16cid:durableId="793721085">
    <w:abstractNumId w:val="4"/>
  </w:num>
  <w:num w:numId="5" w16cid:durableId="1937471677">
    <w:abstractNumId w:val="7"/>
  </w:num>
  <w:num w:numId="6" w16cid:durableId="1907715015">
    <w:abstractNumId w:val="3"/>
  </w:num>
  <w:num w:numId="7" w16cid:durableId="1457328665">
    <w:abstractNumId w:val="2"/>
  </w:num>
  <w:num w:numId="8" w16cid:durableId="331220889">
    <w:abstractNumId w:val="1"/>
  </w:num>
  <w:num w:numId="9" w16cid:durableId="441918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229F3"/>
    <w:rsid w:val="0015074B"/>
    <w:rsid w:val="00163ABF"/>
    <w:rsid w:val="00247B69"/>
    <w:rsid w:val="0029639D"/>
    <w:rsid w:val="00326F90"/>
    <w:rsid w:val="00387F30"/>
    <w:rsid w:val="003F7EB9"/>
    <w:rsid w:val="00462A1E"/>
    <w:rsid w:val="0050386D"/>
    <w:rsid w:val="00573E6B"/>
    <w:rsid w:val="00723401"/>
    <w:rsid w:val="00807F8A"/>
    <w:rsid w:val="00A61BC9"/>
    <w:rsid w:val="00AA1D8D"/>
    <w:rsid w:val="00B47730"/>
    <w:rsid w:val="00CB0664"/>
    <w:rsid w:val="00CD069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F19E4A"/>
  <w14:defaultImageDpi w14:val="330"/>
  <w15:docId w15:val="{12FE0A3B-2AAC-4FDF-9B76-258A7149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0386D"/>
    <w:rPr>
      <w:color w:val="0000FF" w:themeColor="hyperlink"/>
      <w:u w:val="single"/>
    </w:rPr>
  </w:style>
  <w:style w:type="character" w:styleId="UnresolvedMention">
    <w:name w:val="Unresolved Mention"/>
    <w:basedOn w:val="DefaultParagraphFont"/>
    <w:uiPriority w:val="99"/>
    <w:semiHidden/>
    <w:unhideWhenUsed/>
    <w:rsid w:val="0050386D"/>
    <w:rPr>
      <w:color w:val="605E5C"/>
      <w:shd w:val="clear" w:color="auto" w:fill="E1DFDD"/>
    </w:rPr>
  </w:style>
  <w:style w:type="character" w:styleId="PlaceholderText">
    <w:name w:val="Placeholder Text"/>
    <w:basedOn w:val="DefaultParagraphFont"/>
    <w:uiPriority w:val="99"/>
    <w:semiHidden/>
    <w:rsid w:val="00807F8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vasshawnr@yahoo.com</cp:lastModifiedBy>
  <cp:revision>7</cp:revision>
  <cp:lastPrinted>2025-05-22T22:44:00Z</cp:lastPrinted>
  <dcterms:created xsi:type="dcterms:W3CDTF">2025-08-13T02:51:00Z</dcterms:created>
  <dcterms:modified xsi:type="dcterms:W3CDTF">2025-08-13T23:20:00Z</dcterms:modified>
  <cp:category/>
</cp:coreProperties>
</file>